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Eléments de physique quantique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Hachemi, Haacene/ Kara-Hachemi, Amel/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O.P.U/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9961001435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 quantique/ mathématique/ </w:t>
            </w:r>
          </w:p>
        </w:tc>
      </w:tr>
    </w:tbl>
    <w:p>
      <w:pPr>
        <w:pStyle w:val="Heading3"/>
      </w:pPr>
      <w:r>
        <w:t>Résumé :</w:t>
      </w:r>
    </w:p>
    <w:p>
      <w:r>
        <w:t>Ce court a pour objet d'initier l'étudiants à l'apprentissage et l'utilisation de la mécanique quantique .il comporte trois grandes parties ,dans la première partie,nous verrons comment on a été conduit à introduire de nouvelles notions(origine de la mécanique quantique ou limite de la mécanique classique) ,dans la deuxième partie les éléments mathématiques et les axiomes nécéssaires à la formulation de mécanique quantique.                                                                                                 enfin dans la dernière partie ,explique les méthodes de la mécanique quantique à plusieurs problèmes.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