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Faroux, Jean-Pierre/ Renault, Jacques/ Rosso-Papillon, Françoise/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2100044362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théorie 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Ce recueil d'exercices de thermodynamique couvre le programme de 1re et 2e années des filières MP, PSI et PC. Il complète le tome Thermodynamique du cours de physique de J.-P. Faroux et J. Renault, dont il suit exactement le plan. La totalité des exercices d'application du cours, des exercices d'entraînement et des exercices d'ouverture y sont ainsi corrigés. Chaque chapitre est introduit par un rappel des principaux résultats du cours. Puis vient la partie consacrée aux exercices proprement dits. Celle-ci est structurée de la manière suivante : l'énoncé de l'exercice est repris dans sa totalité, ce qui permet une utilisation indépendante du volume de cours ; très souvent, une rubrique réservée aux conseils indique les difficultés ou suggère des pistes de résolution ; enfin, la solution est proposée, claire et détaillée. Au total, 136 exercices et problèmes dont toutes les réponses sont présentées de façon à faire acquérir à l'étudiant une méthode de raisonnement et une démarche 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