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Installations solaires photovoltaïques autonomes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Gouade, Daniel/ Hankins; Mark/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293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Technique &amp; ingénierie. Énergie(N°:None)</w:t>
            </w:r>
          </w:p>
        </w:tc>
      </w:tr>
      <w:tr>
        <w:trPr>
          <w:trHeight w:val="567"/>
        </w:trPr>
        <w:tc>
          <w:tcPr>
            <w:tcW w:type="dxa" w:w="3000"/>
          </w:tcPr>
          <w:p>
            <w:r>
              <w:t>Notes Générales</w:t>
            </w:r>
          </w:p>
        </w:tc>
        <w:tc>
          <w:tcPr>
            <w:tcW w:type="dxa" w:w="7000"/>
          </w:tcPr>
          <w:p>
            <w:r>
              <w:t>Index p.p. 287-293</w:t>
            </w:r>
          </w:p>
        </w:tc>
      </w:tr>
      <w:tr>
        <w:trPr>
          <w:trHeight w:val="567"/>
        </w:trPr>
        <w:tc>
          <w:tcPr>
            <w:tcW w:type="dxa" w:w="3000"/>
          </w:tcPr>
          <w:p>
            <w:r>
              <w:t>Numéro d'Identification</w:t>
            </w:r>
          </w:p>
        </w:tc>
        <w:tc>
          <w:tcPr>
            <w:tcW w:type="dxa" w:w="7000"/>
          </w:tcPr>
          <w:p>
            <w:r>
              <w:t>9782100572991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électricité/ énergie renouvelable/ énergie solaire/ </w:t>
            </w:r>
          </w:p>
        </w:tc>
      </w:tr>
    </w:tbl>
    <w:p>
      <w:pPr>
        <w:pStyle w:val="Heading3"/>
      </w:pPr>
      <w:r>
        <w:t>Résumé :</w:t>
      </w:r>
    </w:p>
    <w:p>
      <w:r>
        <w:t>L’énergie du soleil est une énergie abondante et gratuite. L’exploitation et l’utilisation des systèmes solaires électriques présente de nombreux avantages, dans les pays développés comme dans les pays en voie de développement. Ce guide pratique explique comment concevoir et installer des systèmes solaires électriques autonomes. Richement illustrés de photos et dessins techniques, cet ouvrage propose des solutions adaptées aux différents cas. Il décrit de manière détaillée : les bases de l’énergie solaire ; les différents composants des systèmes solaires électriques (modules, régulateurs, inverseurs et appareils); les exemples d’installation; le pompage de l'eau, le refroidissement. Véritable guide pratique pour les techniciens et les concepteurs de systèmes solaires électriques, cet ouvrage apporte des informations claires pour une application facile.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