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Exercices et problèmes de thermodynamique physique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Grécias, Pierre/ Magnan, Jean-Pierre/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Tec et Doc/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de sciences physiques(N°:None)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2743000554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physique/ thermodynamique/ </w:t>
            </w:r>
          </w:p>
        </w:tc>
      </w:tr>
    </w:tbl>
    <w:p>
      <w:pPr>
        <w:pStyle w:val="Heading3"/>
      </w:pPr>
      <w:r>
        <w:t>Résumé :</w:t>
      </w:r>
    </w:p>
    <w:p>
      <w:r>
        <w:t>Ce nouvelle ouvrage,déstiné aux étudiants des classes préparatoires aux grandes école , et du cycle universitaires , est concu comme un guide pratique.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