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[CENT] 100 QCM corrigés de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Ghomi, Mahmoud/ Porumb, H./ Zhou-Sun, B.- W./ Adnet,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Réviser(N°:None)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2224025645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>Très différent d'un volume d'annales, cet ouvrage : " 100 QCM de physique " propose à l'étudiant une méthode performante de révision. les questions sont originales et concernent les notions les plus importantes du programme. elles permettent à l'étudiant de réaliser un bilan objectif de ses connaissances, d'identifier ses points forts, de repérer ses lacunes. les réponses commentées concernent toutes les propositions : vraies et fausses.</w:t>
        <w:br/>
        <w:br/>
        <w:t>ainsi, l'étudiant peut-il recevoir le cours à travers les explications claires et les précisions qui lui sont apportées. a la fin de chaque chapitre, une rubrique : " points essentiels " lui pemet d'effectuer une synthèse utile. un outil indispensable pour réussir aux examens et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