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Thermodybamique 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Bailly,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B-Etudes(N°:None)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transfert de la chaleur/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((Thermodynamique technique))  est destiné aux futurs ingénieurs ou collaborateurs d'ingénieurs ainsi qu'à tous ceux qui souhaitent actualiser leurs connaissances en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