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[CENT] 100 exercices-types de physique 1re année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Bagard, Séverine/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310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100 % concours(N°:None)</w:t>
            </w:r>
          </w:p>
        </w:tc>
      </w:tr>
      <w:tr>
        <w:trPr>
          <w:trHeight w:val="567"/>
        </w:trPr>
        <w:tc>
          <w:tcPr>
            <w:tcW w:type="dxa" w:w="3000"/>
          </w:tcPr>
          <w:p>
            <w:r>
              <w:t>Numéro d'Identification</w:t>
            </w:r>
          </w:p>
        </w:tc>
        <w:tc>
          <w:tcPr>
            <w:tcW w:type="dxa" w:w="7000"/>
          </w:tcPr>
          <w:p>
            <w:r>
              <w:t>2100500805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optique/ sciences physique/ </w:t>
            </w:r>
          </w:p>
        </w:tc>
      </w:tr>
    </w:tbl>
    <w:p>
      <w:pPr>
        <w:pStyle w:val="Heading3"/>
      </w:pPr>
      <w:r>
        <w:t>Résumé :</w:t>
      </w:r>
    </w:p>
    <w:p>
      <w:r>
        <w:t>Cet ouvrage vous propose de maîtriser parfaitement les 100 exercices-types de Physique en 1re année de classes préparatoires scientifiques, et ainsi d'être capable de résoudre tous les problèmes. Pour chaque partie du programme, découvrez les exercices incontournables. Chaque exercice est entièrement décortiqué afin de vous exposer les méthodes de résolution étape par étape, de l'analyse de l'énoncé à l'application numérique. Les solution détaillées vous indiquent les erreurs à éviter ainsi que les astuces à retenir. Un premier chapitre présente les techniques mathématiques utilisées en Physique.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