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Duvaut, Georges/ Dumontet, Hélène/ Léné, Françoise/ Muller, Patrick/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210003930x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analytique/ milieux continus/ </w:t>
            </w:r>
          </w:p>
        </w:tc>
      </w:tr>
    </w:tbl>
    <w:p>
      <w:pPr>
        <w:pStyle w:val="Heading3"/>
      </w:pPr>
      <w:r>
        <w:t>Résumé :</w:t>
      </w:r>
    </w:p>
    <w:p>
      <w:r>
        <w:t>Ce receuil contient des exercices corrigés qui illustrent l'ouvrage mécanique des milieux continus de george duvaut, paru dans la meme collection.il en suit le découpage en chapitres, chacun des chapitres étant précédé d'un rappel des principaux du cours et proposant différents problèmes de longueur et de dufficulté variées,résolus de facon généralement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