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 générale et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El golli, Salem/ Lili, Taieb/ </w:t>
            </w:r>
          </w:p>
        </w:tc>
      </w:tr>
      <w:tr>
        <w:trPr>
          <w:trHeight w:val="567"/>
        </w:trPr>
        <w:tc>
          <w:tcPr>
            <w:tcW w:type="dxa" w:w="3000"/>
          </w:tcPr>
          <w:p>
            <w:r>
              <w:t>Adresse bib.</w:t>
            </w:r>
          </w:p>
        </w:tc>
        <w:tc>
          <w:tcPr>
            <w:tcW w:type="dxa" w:w="7000"/>
          </w:tcPr>
          <w:p>
            <w:r>
              <w:t xml:space="preserve">Centre de Publication Universitaire/ </w:t>
            </w:r>
          </w:p>
        </w:tc>
      </w:tr>
      <w:tr>
        <w:trPr>
          <w:trHeight w:val="567"/>
        </w:trPr>
        <w:tc>
          <w:tcPr>
            <w:tcW w:type="dxa" w:w="3000"/>
          </w:tcPr>
          <w:p>
            <w:r>
              <w:t>Nombre de Pages</w:t>
            </w:r>
          </w:p>
        </w:tc>
        <w:tc>
          <w:tcPr>
            <w:tcW w:type="dxa" w:w="7000"/>
          </w:tcPr>
          <w:p>
            <w:r>
              <w:t>409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9973371011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thermodynamique/ compressibilité/ </w:t>
            </w:r>
          </w:p>
        </w:tc>
      </w:tr>
    </w:tbl>
    <w:p>
      <w:pPr>
        <w:pStyle w:val="Heading3"/>
      </w:pPr>
      <w:r>
        <w:t>Résumé :</w:t>
      </w:r>
    </w:p>
    <w:p>
      <w:r>
        <w:t>Cet ouvrage présente un cours de thermodynamique générale et applications destiné aux étudiants des maitrises de physique et de mécanique ainsi qu'aux étudiants des écoles d'ingénieurs vu l'incidence des lois et des principes fondamentaux de cette discipline sur les applications industrielles.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