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Ondes mécaniques et diffusion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Garing, Christian/ Bruneaux, Michel/ </w:t>
            </w:r>
          </w:p>
        </w:tc>
      </w:tr>
      <w:tr>
        <w:trPr>
          <w:trHeight w:val="567"/>
        </w:trPr>
        <w:tc>
          <w:tcPr>
            <w:tcW w:type="dxa" w:w="3000"/>
          </w:tcPr>
          <w:p>
            <w:r>
              <w:t>Adresse bib.</w:t>
            </w:r>
          </w:p>
        </w:tc>
        <w:tc>
          <w:tcPr>
            <w:tcW w:type="dxa" w:w="7000"/>
          </w:tcPr>
          <w:p>
            <w:r>
              <w:t xml:space="preserve">Ellipses/ </w:t>
            </w:r>
          </w:p>
        </w:tc>
      </w:tr>
      <w:tr>
        <w:trPr>
          <w:trHeight w:val="567"/>
        </w:trPr>
        <w:tc>
          <w:tcPr>
            <w:tcW w:type="dxa" w:w="3000"/>
          </w:tcPr>
          <w:p>
            <w:r>
              <w:t>Nombre de Pages</w:t>
            </w:r>
          </w:p>
        </w:tc>
        <w:tc>
          <w:tcPr>
            <w:tcW w:type="dxa" w:w="7000"/>
          </w:tcPr>
          <w:p>
            <w:r>
              <w:t>238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26 cm</w:t>
            </w:r>
          </w:p>
        </w:tc>
      </w:tr>
      <w:tr>
        <w:trPr>
          <w:trHeight w:val="567"/>
        </w:trPr>
        <w:tc>
          <w:tcPr>
            <w:tcW w:type="dxa" w:w="3000"/>
          </w:tcPr>
          <w:p>
            <w:r>
              <w:t>Numéro d'Identification</w:t>
            </w:r>
          </w:p>
        </w:tc>
        <w:tc>
          <w:tcPr>
            <w:tcW w:type="dxa" w:w="7000"/>
          </w:tcPr>
          <w:p>
            <w:r>
              <w:t>2729868372</w:t>
            </w:r>
          </w:p>
        </w:tc>
      </w:tr>
      <w:tr>
        <w:trPr>
          <w:trHeight w:val="567"/>
        </w:trPr>
        <w:tc>
          <w:tcPr>
            <w:tcW w:type="dxa" w:w="3000"/>
          </w:tcPr>
          <w:p>
            <w:r>
              <w:t>Thème</w:t>
            </w:r>
          </w:p>
        </w:tc>
        <w:tc>
          <w:tcPr>
            <w:tcW w:type="dxa" w:w="7000"/>
          </w:tcPr>
          <w:p>
            <w:r>
              <w:t>Physique</w:t>
            </w:r>
          </w:p>
        </w:tc>
      </w:tr>
      <w:tr>
        <w:trPr>
          <w:trHeight w:val="567"/>
        </w:trPr>
        <w:tc>
          <w:tcPr>
            <w:tcW w:type="dxa" w:w="3000"/>
          </w:tcPr>
          <w:p>
            <w:r>
              <w:t>Classification(s)</w:t>
            </w:r>
          </w:p>
        </w:tc>
        <w:tc>
          <w:tcPr>
            <w:tcW w:type="dxa" w:w="7000"/>
          </w:tcPr>
          <w:p>
            <w:r>
              <w:t xml:space="preserve">Physique/ </w:t>
            </w:r>
          </w:p>
        </w:tc>
      </w:tr>
      <w:tr>
        <w:trPr>
          <w:trHeight w:val="567"/>
        </w:trPr>
        <w:tc>
          <w:tcPr>
            <w:tcW w:type="dxa" w:w="3000"/>
          </w:tcPr>
          <w:p>
            <w:r>
              <w:t>Sujet(s)</w:t>
            </w:r>
          </w:p>
        </w:tc>
        <w:tc>
          <w:tcPr>
            <w:tcW w:type="dxa" w:w="7000"/>
          </w:tcPr>
          <w:p>
            <w:r>
              <w:t xml:space="preserve">mécanique/ ondes/ </w:t>
            </w:r>
          </w:p>
        </w:tc>
      </w:tr>
    </w:tbl>
    <w:p>
      <w:pPr>
        <w:pStyle w:val="Heading3"/>
      </w:pPr>
      <w:r>
        <w:t>Résumé :</w:t>
      </w:r>
    </w:p>
    <w:p>
      <w:r>
        <w:t>Cet ouvrage de préparation aux écrits et oraux des concours et examens de l'enseignement supérieur regroupe quarante-cinq exercices et problèmes rigoureusement corrigés sur les ondes mécaniques. Destinée à l'entraînement individuel, cette gamme de sujets souvent inédits et de difficulté variable offre la possibilité de bien assimiler le programme par le biais d'études concrètes. Les énoncés sont suivis de solutions entièrement rédigées et commentées dans le but d'en détailler le raisonnement scientifique et d'en faciliter la compréhension physique.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