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Ondes électromagnétiques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Garing, Christian/ Aubert, Jean-Jacques/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2729868380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onde/ </w:t>
            </w:r>
          </w:p>
        </w:tc>
      </w:tr>
    </w:tbl>
    <w:p>
      <w:pPr>
        <w:pStyle w:val="Heading3"/>
      </w:pPr>
      <w:r>
        <w:t>Résumé :</w:t>
      </w:r>
    </w:p>
    <w:p>
      <w:r>
        <w:t>Ces ouvrages de préparation aux écrits et oraux des concours et examens de l'enseignement supérieur regroupent des exercices et des problèmes rigoureusement corrigés sur les ondes.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