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Ondes électromagnétiques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Piétryk, Glibert/ Garing, Christian/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2729868399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onde/ électromagnetique/ </w:t>
            </w:r>
          </w:p>
        </w:tc>
      </w:tr>
    </w:tbl>
    <w:p>
      <w:pPr>
        <w:pStyle w:val="Heading3"/>
      </w:pPr>
      <w:r>
        <w:t>Résumé :</w:t>
      </w:r>
    </w:p>
    <w:p>
      <w:r>
        <w:t>Ces ouvrages de préparation aux écrits et oraux des concours et examens de l'enseignement supérieur regroupent des exercices et des problèmes rigoureusement corrigés sur les ondes. Destinée à l'entraînement individuel, cette gamme de sujets souvent inédits et de difficulté variable offre la possibilité de bien assimiler le programme par le biais d'études concrètes. Les énoncés sont suivis de solutions entièrement rédigées et commentées dans le but d'en détailler le raisonnement scientifique et d'en faciliter la compréhension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