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Gibaud, Alain/ Henry,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 du point/ mécanique/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l'ensemble de la mécanique du point, y compris les problèmes liès aux changements de référentiel, la présentations des lois de newton et l'introduction des grandeurs énergitiques.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