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mille et une questions de la physique en prépa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Garing;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9782729829421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optique physique/ </w:t>
            </w:r>
          </w:p>
        </w:tc>
      </w:tr>
    </w:tbl>
    <w:p>
      <w:pPr>
        <w:pStyle w:val="Heading3"/>
      </w:pPr>
      <w:r>
        <w:t>Résumé :</w:t>
      </w:r>
    </w:p>
    <w:p>
      <w:r>
        <w:t>Ce livre d'une conception originale a été imaginé dans l'unique but d'être utile aux élèves. Ce n'est ni un manuel de cours, ni un recueil de problèmes. Pour répondre à la demande des étudiants toujours soucieux d'aller vite et bien à l'essentiel, il embrasse sous forme d'une batterie de questions courtes, de conseils et d'exercices, la totalité du programme de physique de PC. Il a été conçu dans un double objectif : ponctuellement, préparer efficacement une colle, faire le point sur les connaissances avant un devoir surveillé, entamer sereinement les révisions de fin d'année lors de la préparation à l'écrit et à l'oral des concours ; au quotidien, permettre un travail de fond régulier tout au long de l'année.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