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fusion thermonucléaire intertielle par laser, première partie, interaction laser-matière.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Dautray, Robert/ Watteau, Jean-Paul/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Commissariat à l'energie atomique(N°:None)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2727201664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fusion nucléaire / Interactions laser plasma/ </w:t>
            </w:r>
          </w:p>
        </w:tc>
      </w:tr>
    </w:tbl>
    <w:p>
      <w:pPr>
        <w:pStyle w:val="Heading3"/>
      </w:pPr>
      <w:r>
        <w:t>Résumé :</w:t>
      </w:r>
    </w:p>
    <w:p>
      <w:r>
        <w:t>Les recherches sur la fusion thermonucléaire inertielle par laser, sujet de cet ouvrage constitué de trois parties, progressent depuis plus de trois décennies.Dans la première partie, les propriétés des plasmas avec ou sans collisions ayant été pelées, l'interaction du rayonnement du laser avec la matière à l'état de plasma est analysée. Partiellement absorbé par les lectrons, le rayonnement laser excite les modes propres du plasma avec naissance d'instabilités paramétriques (diffusion Raman et Brillouin, filamentation) génératrices d'électrons suprathermiques. L'énergie du rayonnement absorbée par les électrons interagissant avec les ions diffuse à l'intérieur de la matière, le transport de la composante électronique se révélant anormal et nécessitant un traitement autre 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