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DEUG sciences 1ère et 2ème années, classes préparatoires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Gabriel, Marc/ Larcher,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2225852669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optique/ système optique/ </w:t>
            </w:r>
          </w:p>
        </w:tc>
      </w:tr>
    </w:tbl>
    <w:p>
      <w:pPr>
        <w:pStyle w:val="Heading3"/>
      </w:pPr>
      <w:r>
        <w:t>Résumé :</w:t>
      </w:r>
    </w:p>
    <w:p>
      <w:r>
        <w:t>haque volume de la collection comprend : - des résumés de cours clairs et précis ; - prolongeant ces résumés, de nombreux exercices d'application classés, avec conseils. de méthodes et solutions ; - des problèmes à solutions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