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la mécanique des milieux continus application a la mécanique des solides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Guenfoud,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D.P.U.G/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9961954882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l'aboutissement d'un travail de rédaction débuté en 1991.</w:t>
        <w:br/>
        <w:br/>
        <w:t>Ce livre est le premier d'une série d'ouvrages consacrés à la mécanique des structures et des milieux continus.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