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mille et une questions de la physique en prépa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Lhopital, Alain/ Garing, Christian/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mille et une questions(N°:None)</w:t>
            </w:r>
          </w:p>
        </w:tc>
      </w:tr>
      <w:tr>
        <w:trPr>
          <w:trHeight w:val="567"/>
        </w:trPr>
        <w:tc>
          <w:tcPr>
            <w:tcW w:type="dxa" w:w="3000"/>
          </w:tcPr>
          <w:p>
            <w:r>
              <w:t>Numéro d'Identification</w:t>
            </w:r>
          </w:p>
        </w:tc>
        <w:tc>
          <w:tcPr>
            <w:tcW w:type="dxa" w:w="7000"/>
          </w:tcPr>
          <w:p>
            <w:r>
              <w:t>9782729881849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 physique/ optique géométrique/ </w:t>
            </w:r>
          </w:p>
        </w:tc>
      </w:tr>
    </w:tbl>
    <w:p>
      <w:pPr>
        <w:pStyle w:val="Heading3"/>
      </w:pPr>
      <w:r>
        <w:t>Résumé :</w:t>
      </w:r>
    </w:p>
    <w:p>
      <w:r>
        <w:t>Pour tester ses connaissances, préparer une question difficile, réviser en fin d'année ou travailler de façon régulière toute l'année sur le programme de première année de prépa MPSI et PTSI. Conforme aux nouveaux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