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Physique  PCSI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Cousin,Thibaut/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Dunod/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606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ill., couv. ill. en coul.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25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Collection</w:t>
            </w:r>
          </w:p>
        </w:tc>
        <w:tc>
          <w:tcPr>
            <w:tcW w:type="dxa" w:w="7000"/>
          </w:tcPr>
          <w:p>
            <w:r>
              <w:t>J'intègre(N°:None)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Index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9782100556298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Thème</w:t>
            </w:r>
          </w:p>
        </w:tc>
        <w:tc>
          <w:tcPr>
            <w:tcW w:type="dxa" w:w="7000"/>
          </w:tcPr>
          <w:p>
            <w:r>
              <w:t>Physique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Physique/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physique/ amplificateur opérationnel/ </w:t>
            </w:r>
          </w:p>
        </w:tc>
      </w:tr>
    </w:tbl>
    <w:p>
      <w:pPr>
        <w:pStyle w:val="Heading3"/>
      </w:pPr>
      <w:r>
        <w:t>Résumé :</w:t>
      </w:r>
    </w:p>
    <w:p>
      <w:r>
        <w:t>Cet ouvrage de Physique PCSI a été spécialement conçu pour vous accompagner tout au long de l’année dans l’acquisition du cours, l’apprentissage des méthodes et l’entraînement à partir d’exercices et d’extraits de sujets de concours. Accessible, synthétique et progressif en difficulté.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