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Mécanique des fluides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Damou; Merzak/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232-239</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La mécanique des fluides est une science qui necessiste beaucoup de mathematiques, la connaissance de la fonction de la variable complexe, l'analyse vectorielle, la notions tensorielle et la résolution des équation différentielles sont suppoées 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