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Comprendre la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Faye, Vincent/ Bréard, Sébastien/ Cassidy, David/ Holton, Gérald/ Rutherford, James/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XIX-812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9782889150830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w:t>
            </w:r>
          </w:p>
        </w:tc>
      </w:tr>
    </w:tbl>
    <w:p>
      <w:pPr>
        <w:pStyle w:val="Heading3"/>
      </w:pPr>
      <w:r>
        <w:t>Résumé :</w:t>
      </w:r>
    </w:p>
    <w:p>
      <w:r>
        <w:t>Ce manuel propose une vision globale des principaux concepts de la physique, de leur origine ainsi que de leurs limites. L'exposé se structure autour d'activités expérimentales et chaque chapitre se clôt par des questions d'auto-contrôle des connaissances acquises.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