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Frère, Christian/ 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 :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miroirs/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corrigés d'optique géométrique s'adresse aux étudiants de la filière PCSI. Y sont privilégiés les montages simples et 3 l'approche géométrique, en conformité avec l'esprit du programme actuel. La résolution des exercices recourt à un minimum de calculs et se dispense de tout formalisme abstrait. L'ouvrage est abondamment illustré, et propose de manière quasi systématique, une description de la formation des images z à partir des rayons "pertinents".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