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structures.T3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Laroze,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9782854287141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La présente série de six livres - 3 de cours et 3 d'applications - expose les méthodes essentielles d'analyse et de calcul utilisées par les ingénieurs chargés de concevoir et réaliser ces structures, en respectant diverses exigences de légèreté, résistance, fiabilité, coût.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