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Capes de sciences physiques.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Billy, Nicolas/ Mady, Elias/ Jean, Debois/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832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Numéro d'Identification</w:t>
            </w:r>
          </w:p>
        </w:tc>
        <w:tc>
          <w:tcPr>
            <w:tcW w:type="dxa" w:w="7000"/>
          </w:tcPr>
          <w:p>
            <w:r>
              <w:t>9782701148830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moment cinétique/ aspect énergétique/ </w:t>
            </w:r>
          </w:p>
        </w:tc>
      </w:tr>
    </w:tbl>
    <w:p>
      <w:pPr>
        <w:pStyle w:val="Heading3"/>
      </w:pPr>
      <w:r>
        <w:t>Résumé :</w:t>
      </w:r>
    </w:p>
    <w:p>
      <w:r>
        <w:t>Public concerné : candidats au CAPES et à l'agrégation (option chimie) de Sciences physiques. Véritable tout-en-un, ce premier tome consacré à la physique est l'outil indispensable pour préparer efficacement l'écrit du CAPES. Mécanique, électromagnétisme, thermodynamique, électronique, etc., l'ensemble du programme est traité en deux temps : un cours qui insiste sur les notions-clés à maîtriser ; plus de 200 exercices et problèmes, originaux ou tirés d'annales. Intégralement corrigés, ils illustrent le cours et couvrent les situations physiques incontournables ou plus atypiques qu'il faut connaître pour réussir le concours. Cette nouvelle édition augmentée propose en outre un sujet récent accompagné de sa correction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