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Boulekras;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ouvrage, constituera pour l'étudiant, un instrument de travail util oû il puisera les exercices de base indispensables à une bonne assimilation du cours, et qui le préparera d'une manière active aux épreuves des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