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Physique-chimie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Lebrun, Loïc/ Décombe Vasset, Magali/ Bruand, Isabelle/ </w:t>
            </w:r>
          </w:p>
        </w:tc>
      </w:tr>
      <w:tr>
        <w:trPr>
          <w:trHeight w:val="567"/>
        </w:trPr>
        <w:tc>
          <w:tcPr>
            <w:tcW w:type="dxa" w:w="3000"/>
          </w:tcPr>
          <w:p>
            <w:r>
              <w:t>Edition</w:t>
            </w:r>
          </w:p>
        </w:tc>
        <w:tc>
          <w:tcPr>
            <w:tcW w:type="dxa" w:w="7000"/>
          </w:tcPr>
          <w:p>
            <w:r>
              <w:t>3éme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477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J'intègre(N°:None)</w:t>
            </w:r>
          </w:p>
        </w:tc>
      </w:tr>
      <w:tr>
        <w:trPr>
          <w:trHeight w:val="567"/>
        </w:trPr>
        <w:tc>
          <w:tcPr>
            <w:tcW w:type="dxa" w:w="3000"/>
          </w:tcPr>
          <w:p>
            <w:r>
              <w:t>Numéro d'Identification</w:t>
            </w:r>
          </w:p>
        </w:tc>
        <w:tc>
          <w:tcPr>
            <w:tcW w:type="dxa" w:w="7000"/>
          </w:tcPr>
          <w:p>
            <w:r>
              <w:t>9782100712816</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physique/ chimie/ </w:t>
            </w:r>
          </w:p>
        </w:tc>
      </w:tr>
    </w:tbl>
    <w:p>
      <w:pPr>
        <w:pStyle w:val="Heading3"/>
      </w:pPr>
      <w:r>
        <w:t>Résumé :</w:t>
      </w:r>
    </w:p>
    <w:p>
      <w:r>
        <w:t>Ces exercices préparatoires au concours et leurs corrigés sont centrés sur l'électrocinétique, la mécanique, la thermodynamique et l'optique pour le programme de physique, et sur l'atomistique et les édifices chimiques, les solutions aqueuses, la cinétique chimique, la chimie organique et la thermodynamique chimique, pour le programme de chimie.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