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Mécanique 22 problèmes résolus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Vierne, Raymond/ Brunel, René/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Bréal/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Titre de couv. : 22 problèmes de mécanique résolus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2853942244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mécanique/ mécanique du point/ </w:t>
            </w:r>
          </w:p>
        </w:tc>
      </w:tr>
    </w:tbl>
    <w:p>
      <w:pPr>
        <w:pStyle w:val="Heading3"/>
      </w:pPr>
      <w:r>
        <w:t>Résumé :</w:t>
      </w:r>
    </w:p>
    <w:p>
      <w:r>
        <w:t>Cet ouvrage propose un certain nombre de "problèmes phares"dont les corrigés doivent etre parfaitement maitrisés par l'etudiant qui veut reussir aux concours.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