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Brousse,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Série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cinématique/ </w:t>
            </w:r>
          </w:p>
        </w:tc>
      </w:tr>
    </w:tbl>
    <w:p>
      <w:pPr>
        <w:pStyle w:val="Heading3"/>
      </w:pPr>
      <w:r>
        <w:t>Résumé :</w:t>
      </w:r>
    </w:p>
    <w:p>
      <w:r>
        <w:t>L'ouvrage il ne suposse aucune connaissance préalable en mécanique .il montre comment l'observation l'expérimentation , le raisonnement , l'imagination ont conduit à  certains modèles de représentation des phénomènes mécanique et à certains principes.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