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 la quantification dans la nouvelle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Broglie, Louis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quantification/ </w:t>
            </w:r>
          </w:p>
        </w:tc>
      </w:tr>
    </w:tbl>
    <w:p>
      <w:pPr>
        <w:pStyle w:val="Heading3"/>
      </w:pPr>
      <w:r>
        <w:t>Résumé :</w:t>
      </w:r>
    </w:p>
    <w:p>
      <w:r>
        <w:t>Le présent ouvrage est pour la plus grande part la reproduction d'un cours fait à l'institut henri poincaré de la faculté des sciences de paris pendant la permière semestre 1929-1930.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