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Traité de neutronique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Bussac, Jean/ Reuss,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Enseignement des sciences(N°:25)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663-668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2705658440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réacteur nucléaire/ neutronique/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 suscité le développement d'une nouvelle branche de la physique: la neutronique.cette discilpline est consacré l'analyse et à la mise en équations des différents phénomènes gouvernant la population des neutrons.par l'etude de leur multiplication dans un réacteur , elle permet d'aboutir au alcul des conditions d'une réaction en chaine controlée.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