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ondes. V2, systèmes à degrés de liberté et ondes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Boudour,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Publications de l'université de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9789961899229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vibration/ onde/ </w:t>
            </w:r>
          </w:p>
        </w:tc>
      </w:tr>
    </w:tbl>
    <w:p>
      <w:pPr>
        <w:pStyle w:val="Heading3"/>
      </w:pPr>
      <w:r>
        <w:t>Résumé :</w:t>
      </w:r>
    </w:p>
    <w:p>
      <w:r>
        <w:t>Ce recueil de problèmes couvre l'ensemble du programme vibrations et ondes, une partie du module mécanique physique et les nouveaux programmer de LMD.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