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L'évolution des concepts de la physique de Newton à nos jours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Farvacque, Jean 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9782729876265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physique/ Contribution à la physique/ </w:t>
            </w:r>
          </w:p>
        </w:tc>
      </w:tr>
    </w:tbl>
    <w:p>
      <w:pPr>
        <w:pStyle w:val="Heading3"/>
      </w:pPr>
      <w:r>
        <w:t>Résumé :</w:t>
      </w:r>
    </w:p>
    <w:p>
      <w:r>
        <w:t>La physique est née, en Occident, il y a presque quatre cents ans. Elle aboutit aujourd’hui à une myriade de spécialités dont les retombées technologiques sculptent notre vie quotidienne. L’enseignement de la physique est donc devenu complexe et, aussi bien à l’université que dans les écoles d’ingénieurs, il s’effectue, en pratique, par « modules spécialisés » qui semblent souvent, pour les étudiants débutants, indépendants les uns des autres. Dur de se faire une idée synthétique !</w:t>
        <w:br/>
        <w:br/>
        <w:t>Alors, que doit-on retenir à l’issue d’une licence de physique, avant d’entrer dans la vie courante ? Que doit-on comprendre avant d’aborder, en tant que physicien, les différents masters, puis la recherche ou le développement de la technologie ?</w:t>
        <w:br/>
        <w:br/>
        <w:t>Sûrement pas le contenu d’une quantité innombrable de livres spécialisés dans chacune des disciplines, souvent trop gros, trop exhaustifs, décourageants ! Ces livres seront effectivement utiles, indispensables après, dans la vraie vie. Avant tout, il faut assimiler, apprécier la cohérence des quelques idées simples élaborées au fil des quatre derniers siècles qui forgent la base de notre compréhension de la science actuelle sous toutes ses formes.</w:t>
        <w:br/>
        <w:br/>
        <w:t>C’est la prétention de ce livre que d’exposer une approche cohérente et synthétique de l’évolution des concepts de la physique depuis Newton jusqu’à nos 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