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physique des polymères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Etienne,Serge/ David, Laurent/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312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 sup(N°:None)</w:t>
            </w:r>
          </w:p>
        </w:tc>
      </w:tr>
      <w:tr>
        <w:trPr>
          <w:trHeight w:val="567"/>
        </w:trPr>
        <w:tc>
          <w:tcPr>
            <w:tcW w:type="dxa" w:w="3000"/>
          </w:tcPr>
          <w:p>
            <w:r>
              <w:t>Notes Générales</w:t>
            </w:r>
          </w:p>
        </w:tc>
        <w:tc>
          <w:tcPr>
            <w:tcW w:type="dxa" w:w="7000"/>
          </w:tcPr>
          <w:p>
            <w:r>
              <w:t>bibliogr. Index p.p. 309-312</w:t>
            </w:r>
          </w:p>
        </w:tc>
      </w:tr>
      <w:tr>
        <w:trPr>
          <w:trHeight w:val="567"/>
        </w:trPr>
        <w:tc>
          <w:tcPr>
            <w:tcW w:type="dxa" w:w="3000"/>
          </w:tcPr>
          <w:p>
            <w:r>
              <w:t>Numéro d'Identification</w:t>
            </w:r>
          </w:p>
        </w:tc>
        <w:tc>
          <w:tcPr>
            <w:tcW w:type="dxa" w:w="7000"/>
          </w:tcPr>
          <w:p>
            <w:r>
              <w:t>2100058355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technique expérimentale/ transcristallinité/ </w:t>
            </w:r>
          </w:p>
        </w:tc>
      </w:tr>
    </w:tbl>
    <w:p>
      <w:pPr>
        <w:pStyle w:val="Heading3"/>
      </w:pPr>
      <w:r>
        <w:t>Résumé :</w:t>
      </w:r>
    </w:p>
    <w:p>
      <w:r>
        <w:t>Un polymère est un matériau macromoléculaire constitué de longues chaînes d'atomes. La présence de liaisons plus ou moins fortes entre ces atomes confère au polymère des propriétés physico-chimiques particulières (élasticité, résistance à la chaleur, finesse.). Certains polymères existent à l'état naturel (comme le caoutchouc), mais la plupart ont été inventés par l'homme (nylon, plexiglas, teflon, cristaux liquides.). Il s'agit d'un domaine en plein développement, avec d'innombrables applications industrielles. Ce cours est le résultat de dix ans d'enseignement dans deux écoles d'ingénieurs prestigieuses. Loin d'être un catalogue ou un guide de choix passant en revue les différents polymères disponibles, il expose les concepts physiques (cohésion des atomes, élasticités, viscosité, propriétés électriques, optiques.) sous-jacents à une bonne compréhension de ce domaine de la physique appliquée. Sommaire : Introduction aux matériaux polymères. Notion de macromolécule, Cohésion à l'état solide et modules élastiques des polymères à l'état vitreux et à l'état cristallin, Modules d'élasticité à l'état élastomère : théories statistique et moléculaire de l'élasticité entropique, La transition vitreuse, Viscoélasticité linéaire, Physique des polymères semi-cristallins, Propriétés électriques et optiques, diffraction, diffusion et absorption de rayonnement par les polymères : application à la caractérisation micro structurale.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