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physique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Hubert; Krivine/ Brézin, Edouard/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9782311404036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physique statistique/ microcanique/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livre, principalement adressé aux étudiants en troisième année de licence et en master de physique mais aussi aux élèves des écoles d'ingénieurs ne cherche pas à remplacer un cours de mécanique statistique. Il vise, à l'aide d'une progression d'exercices et de problèmes longuement corrigés et commentés, à faire comprendre comment ça marche. La correction sera d'autant plus détaillée que le problème sera simple.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