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[Cent cinquante ]150 exercices de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Hulot, Jean Claude/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2729892486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électrostatique/ </w:t>
            </w:r>
          </w:p>
        </w:tc>
      </w:tr>
    </w:tbl>
    <w:p>
      <w:pPr>
        <w:pStyle w:val="Heading3"/>
      </w:pPr>
      <w:r>
        <w:t>Résumé :</w:t>
      </w:r>
    </w:p>
    <w:p>
      <w:r>
        <w:t>Dans chaque chapitre de cet ouvrage ,les exercices ont été rangés dans un ordre croissant de difficulté ,niveau matérialiseé par des étoiles ,allant d'une étoile pour les appplications directes du cours ,à resoudre aisément ,jusqu'à quatre étoiles pour des exercices dont l'éleve pourra utiliser les corrections pour se guider et progresser.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