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Hulin-Jung, Nicole/ Klein,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2705656375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Le livre "Mécanique quantique et thermodynamique" de Hulin-Jung, Nicole explore les fondements et les applications des deux domaines de la physique : la mécanique quantique et la thermodynamique, en montrant leur interconnexion et leurs applications communes. Ce livre s'adresse principalement aux étudiants avancés en physique, mais aussi à ceux en chimie et en ingénierie, en présentant les concepts sous un angle théorique et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