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Hulin-Jung, Nicole/ Klein, Jean/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2705658475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mécanique statique/ </w:t>
            </w:r>
          </w:p>
        </w:tc>
      </w:tr>
    </w:tbl>
    <w:p>
      <w:pPr>
        <w:pStyle w:val="Heading3"/>
      </w:pPr>
      <w:r>
        <w:t>Résumé :</w:t>
      </w:r>
    </w:p>
    <w:p>
      <w:r>
        <w:t>Le livre "Thermodynamique" de Hulin-Jung et Nicole est un ouvrage qui couvre les concepts fondamentaux de la thermodynamique, une branche de la physique qui étudie les échanges d'énergie, la chaleur et les travaux entre différents systèmes. Ce livre est destiné aux étudiants et professionnels du domaine scientifique, en particulier ceux qui suivent des formations en physique, chimie ou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