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T1,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Hecht, Eugene/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9782804155117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Ce livre est un cours d'introduction à la physique, un retour aux fondements de la discipline. Il couvre l'éventail usuel qui s'étend de la cinématique à la thermodynamique. L'utilisation des mathématiques est réduite à l'essentiel, se contentant de l'analyse élémentaire et ne faisant appel qu'aux notions strictement indispensables du calcul vectoriel. Physique laisse de côté les sujets hermétiques ou trop pointus et s'efforce en priorité de faire sentir en profondeur les concepts fondamentaux de la physique moderne .La présentation de Physique fait apparaître les idées progressivement, permettant ainsi à l'étudiant de mieux les assimiler. De plus, la compréhension des sujets abordés est optimalisée par le matériel pédagogique mis à la disposition de ce dernier : chaque notion est illustrée par des exemples de la vie quotidienne, en adéquation avec les connaissances empiriques de l'étudiant, des centaines d'illustrations et de schémas en couleurs permettent une meilleure compréhension, et l'histoire des sciences sert de fil conducteur à l'étude de la discipline. Abondamment illustré, chaque chapitre s'achève par un résumé, une série de questions de réflexion et de questions à choix multiple suivies de nombreux exercices variés et concrets, tous résolus.</w:t>
        <w:br/>
        <w:br/>
        <w:t>Cet ouvrage s'adresse aux étudiants du 1er cycle en sciences universitaires et classes préparatoires aux écoles d'ingénieur.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