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Exercices corrigés de physique atomique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Held, Bernard/ </w:t>
            </w:r>
          </w:p>
        </w:tc>
      </w:tr>
      <w:tr>
        <w:trPr>
          <w:trHeight w:val="567"/>
        </w:trPr>
        <w:tc>
          <w:tcPr>
            <w:tcW w:type="dxa" w:w="3000"/>
          </w:tcPr>
          <w:p>
            <w:r>
              <w:t>Adresse bib.</w:t>
            </w:r>
          </w:p>
        </w:tc>
        <w:tc>
          <w:tcPr>
            <w:tcW w:type="dxa" w:w="7000"/>
          </w:tcPr>
          <w:p>
            <w:r>
              <w:t xml:space="preserve">Masson/ </w:t>
            </w:r>
          </w:p>
        </w:tc>
      </w:tr>
      <w:tr>
        <w:trPr>
          <w:trHeight w:val="567"/>
        </w:trPr>
        <w:tc>
          <w:tcPr>
            <w:tcW w:type="dxa" w:w="3000"/>
          </w:tcPr>
          <w:p>
            <w:r>
              <w:t>Nombre de Pages</w:t>
            </w:r>
          </w:p>
        </w:tc>
        <w:tc>
          <w:tcPr>
            <w:tcW w:type="dxa" w:w="7000"/>
          </w:tcPr>
          <w:p>
            <w:r>
              <w:t>227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2225828245</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physique atomique/ marche de potentiel/ </w:t>
            </w:r>
          </w:p>
        </w:tc>
      </w:tr>
    </w:tbl>
    <w:p>
      <w:pPr>
        <w:pStyle w:val="Heading3"/>
      </w:pPr>
      <w:r>
        <w:t>Résumé :</w:t>
      </w:r>
    </w:p>
    <w:p>
      <w:r>
        <w:t>Ce recueil d'exercices corrigés est complémentaire du cours de physique atomique du même auteur. Les exercices sont présentés selon un même plan et suivent la chronologie historique. Chacun des 11 chapitres est constitué de 10 exercices corrigés, dotés d'un titre indiquant le thème traité.</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