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Haddad,A/ Khezzar, 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9961690093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milieux continus/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expose les notions fondamentales de l'hypothèse du milieu continu. chaque chapitre de l'actuel ouvrage est suivi d'une série de question de compréhension et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