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Equations de maxwell, ondes électromagnétiques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Perrin, Denise/ Hulin, Nicole/ Hulin, Michel/ </w:t>
            </w:r>
          </w:p>
        </w:tc>
      </w:tr>
      <w:tr>
        <w:trPr>
          <w:trHeight w:val="567"/>
        </w:trPr>
        <w:tc>
          <w:tcPr>
            <w:tcW w:type="dxa" w:w="3000"/>
          </w:tcPr>
          <w:p>
            <w:r>
              <w:t>Edition</w:t>
            </w:r>
          </w:p>
        </w:tc>
        <w:tc>
          <w:tcPr>
            <w:tcW w:type="dxa" w:w="7000"/>
          </w:tcPr>
          <w:p>
            <w:r>
              <w:t>3 éme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278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2100033697</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électromagnétique/ charge électrique/ </w:t>
            </w:r>
          </w:p>
        </w:tc>
      </w:tr>
    </w:tbl>
    <w:p>
      <w:pPr>
        <w:pStyle w:val="Heading3"/>
      </w:pPr>
      <w:r>
        <w:t>Résumé :</w:t>
      </w:r>
    </w:p>
    <w:p>
      <w:r>
        <w:t>Cet troisième édition revue et corrigée a été enrichie de nouveaux problèmes tous resolus et de compléments menant aux phénomènes observés de rayonnement. chaque chapitre est accompagné d'exercices d'application résolus, et l'ensemble est complété par une annexe mathématique.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