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Auribault, Emilie/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24 jours pour préparer l'oral(N°:None)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sujet propose un planning optimisé pour réviser l'ensemble du programme. Exercices représentatifs et sujets sont analysés, corrigés et accompagnés d'extraits des rapports du jury.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