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Electricité. T1, cours et exercices corrigés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Akbi, Mohamed/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9947001613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champ électrique/ electrostatique du vide/ </w:t>
            </w:r>
          </w:p>
        </w:tc>
      </w:tr>
    </w:tbl>
    <w:p>
      <w:pPr>
        <w:pStyle w:val="Heading3"/>
      </w:pPr>
      <w:r>
        <w:t>Résumé :</w:t>
      </w:r>
    </w:p>
    <w:p>
      <w:r>
        <w:t>Electricité. T1, cours et exercices corrigés présente de manière progressive et rigoureuse les bases de l’électricité, en combinant explications théoriques claires et exercices corrigés afin de faciliter la compréhension et la maîtrise des concepts fondamentaux pour les étudiants et les techniciens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