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Matériaux du nucléaire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ACADEMIE DES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2743003928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réacteur nucléaire/ génie nucléaire/ </w:t>
            </w:r>
          </w:p>
        </w:tc>
      </w:tr>
    </w:tbl>
    <w:p>
      <w:pPr>
        <w:pStyle w:val="Heading3"/>
      </w:pPr>
      <w:r>
        <w:t>Résumé :</w:t>
      </w:r>
    </w:p>
    <w:p>
      <w:r>
        <w:t>Point sur les connaissances actuelles en matière de phénomènes d'irradiation, de matériaux pour les réacteurs, en termes de vieillissement notamment, et de matériaux en aval du cycle nucléaire.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