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experimentales en mécanique des fluides et en thermique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Damou; Merzak/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9961005325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enseigne les méthodes expérimentales en mécanique des fluides et en thermique. et s'adresse aux étudiants de graduation et de poste graduation de physique.</w:t>
        <w:br/>
        <w:br/>
        <w:t>Le contenu est partagés essentiellement en deux parties, les équations de la mécanique de fluides, de la thermique et une introduction à la turbulence sont développés dans la première partie.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