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exercices incontournables MP, 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Beury, Jean-Noel/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978210056686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physiques/ diffusion thermique/ </w:t>
            </w:r>
          </w:p>
        </w:tc>
      </w:tr>
    </w:tbl>
    <w:p>
      <w:pPr>
        <w:pStyle w:val="Heading3"/>
      </w:pPr>
      <w:r>
        <w:t>Résumé :</w:t>
      </w:r>
    </w:p>
    <w:p>
      <w:r>
        <w:t>Pour être à l'aise dans le passage du cours aux exercices et être capable d'affronter un problème de type concours, l'étudiant de classes préparatoires doit connaître un certain nombre d'exercices fondamentaux et en maîtriser parfaitement la méthode de résolution.Cet ouvrage propose d'accompagner l'élève dans cet apprentissage, en étudiant de fond en comble la méthode de résolution des exercices incontournables du programme de physique de 2e année MP-PT :les énoncés sont triés par difficulté et par thème du programme ;la méthode de résolution est présentée étape par étape, en mettant l'accent sur les astuces à retenir et les pièges à éviter ;une résolution, de type "copie d'élève", est proposée pour chaque énoncé.Un premier chapitre fait le point sur les techniques mathématiques indispensables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