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Manuel de physique nucléaire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Bessis, Joseph/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161-166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nucléaire/ constitution de la matière/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s'agit ni d'un traité de physique nucléaire ni d'une simple introduction a cette science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