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physique nucléaire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Blanc, Daniel/ Portal,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207-213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2100075284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structure nucléaire/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synthèse expose les notions de base de la physique du noyau et des domaines qui lentourent. Après avoir présenté un panorama général, lauteur étudie les noyaux, les particules et leurs interactions, en allant jusquaux particules ultra-relativistes. La radioactivité naturelle et la radioactivité artificielle sont ensuite abordées, ainsi que les principaux modes démission radioactive. Lauteur se tourne ensuite vers des questions plus précises : les sources de rayonnement, la pénétration des particules dans la matière, la détection considérée dun point de vue global, la radiométrie, et enfin la dosimétrie, si importante en radioprotection. Cette nouvelle présentation de la 2e édition a fait lobjet de quelques corrections consistant à une actualisation des informations.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