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linéarité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Gourmelen, Stéphane/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LMD(N°:None)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9782729835743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linéarité/ </w:t>
            </w:r>
          </w:p>
        </w:tc>
      </w:tr>
    </w:tbl>
    <w:p>
      <w:pPr>
        <w:pStyle w:val="Heading3"/>
      </w:pPr>
      <w:r>
        <w:t>Résumé :</w:t>
      </w:r>
    </w:p>
    <w:p>
      <w:r>
        <w:t>Ce livre n'est cependant pas un recueil d'outils mathématiques pour la physique. Il se veut plutôt un essai de physique mathématique. En nous restreignant à la linéarité en physique, nous avons cherché à montrer comment, au-delà des techniques de calcul, un même concept mathématique, la linéarité, traverse des domaines disparates de la physique, suscitant ainsi des analogies, fiches d'enseignements, tant pour le physicien que pour le mathématicien.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