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physiques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Garnier, Cécile/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Formation des personnels de l'education nationale(N°:None)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2729847278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science physique/ </w:t>
            </w:r>
          </w:p>
        </w:tc>
      </w:tr>
    </w:tbl>
    <w:p>
      <w:pPr>
        <w:pStyle w:val="Heading3"/>
      </w:pPr>
      <w:r>
        <w:t>Résumé :</w:t>
      </w:r>
    </w:p>
    <w:p>
      <w:r>
        <w:t>Cet ouvrage s'adresse aux condidats qui ont choisi l'opyion A science et technlogie,au concours de recrutement de professeurs des écles mais aussi ,compte tenu de la dimension fortement professionnelle de l'épreuve ,à tous les enseignants de l'école élémentaire soucieux de compléter leurs connaissances tant disciplinaires que didactiques et de donner un cadre rigoureux à leur action pédagoque. 156058/2000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